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האיזון בין תיאור, נקודת מבט והכוונה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ולבחור מסלול מתאים לצורך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חברתי שלם לפי שלבים, כולל התאמה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מסוים ולהרגיע את הקורא/ת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מנקודת המבט של הקורא/ת עצמו/ה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קורה, מה אחרים חושבים ומרגישים, ומה אפשר לנסות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מלא, בית ספר, כתובת או פרטים רפואיים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נשמר רק בדפדפן ולא נשלח לשרת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עצות לפעולה (מה אני יכול/ה לנסות)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הבנה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בעדינות ומנקודת מבט אישית כדי שהקורא/ת יבין/תבין וירגיש/תרגיש בטוח/ה, ולא כדי להטיל כללים נוקשים או להעניש.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למשל שם בית ספר מלא או פרטים רפואיים – כדי לשמור על פרטיות הקורא/ת ולמנוע זיהוי שלו/שלה.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אני מחכה/ה בתור בסבלנות, וגם זה עובר.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חופשית: ריבוי הנחיות עלול להרגיש כמו רשימת כללים מלחיצה; דגש על תיאור והבנה יוצר תחושת ביטחון והזדהות לפני שמציעים 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איזון, נקודת מבט וגוף הדיבור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של המצב ונקודת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איזון, נקודת מבט וגוף הדיבור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האיזון הנכון הוא הרבה תיאור ומעט משפטי הכוונה, כדי שהסיפור ירגיע ולא ירגיש כמו רשימת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הבחירה בגוף הדיבור נעשית לפי מה שמתאים לקורא, ובני נוער יכולים להעדיף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איזון, נקודת מבט וגוף הדיבור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איזון, נקודת מבט וגוף הדיבור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(משפט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(משפט תיאור)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מסלולים והתאמה אישית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וצורך (רגיל / חנ״מ /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מסלולים והתאמה אישית – בודקים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בכל שלושת מסלולי החנ״מ (יסודי, חט״ב, 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עולים יש גם מילון בלחיצה ב-6 שפות וגם הקראה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מסלולים והתאמה אישית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חט״ב ותיכון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מסלולים והתאמה אישית – מתאימים מסלול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(ניקוד מלא, 6–8 עמודים, עריכה ובדיקת איזון)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אחד, 5 עמודים, אותיות גדולות והקראה)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(עברית פשוטה ומילון בלחיצה ב-6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(שפה בוגרת, אין טיימרים, אפשר לערוך כמו תסריט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(עברית פשוטה, שפה בוגרת והרבה מקום לכתיבה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בניית סיפור צעד אחר צעד – שלבי הבנייה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מצב מתוך רשימה או כותבים במילים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בדיקת איזון בין תיאור לחיזוק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בניית סיפור צעד אחר צעד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בשלב הזה קובעים כינוי, גיל ולשון פנייה המתאימים לקורא/ת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הזה קובעים גם ניקוד וגם אורך משפטים ומספר עמודים, בין 4 ל-10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בשלב הקריאה והעריכה בודקים איזון ומקשיבים להקראה לפני ההדפסה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בניית סיפור צעד אחר צעד – התאמה בין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מתוך רשימה או כותבים במילים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(בוחרים צבע עור, שיער ומשקפיים)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(בודקים איזון ומדפיסים כחוברת)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בניית סיפור צעד אחר צעד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 / שיער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נושאי הסיפורים בחיי היומיום – הכרת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צליל חזק וארוך שאומר ללכת למרחב המוגן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ההפסקה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רגשות וויסות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 הסיפורים בחיי היומיום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לתרגל את ההליכה למרחב המוגן בלי לחץ ובלי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הספרייה מצוין שלכל נושא יש דף תרגול, והוא גם מופיע בתוך כל סיפור השייך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 הסיפורים בחיי היומיום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(רגשות וויסות)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 הסיפורים בחיי היומיום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קריאה משותפת והפחתה הדרגתית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באווירה נעימה עוזרת לקורא/ת לקלוט את התוכן ולא לחוש שזה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לקרוא ברגע רגוע ולא באמצע סערה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הקורא/ת שותף/ה פעיל/ה בתהליך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הוא תזכורת נעימה ולא חומר לשינון או למבחן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שהסיפור מסביר ומרגיע ולא כופה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שרוב הסיפור הוא תיאור ורגש, ורק מעט הכוונה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מפרט את ההבדלים באורך, בניקוד ובשפה בין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 הראשון והשני לשיעור אחד, ואת הבנייה המעשית לשיעור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במסלול חנ״מ עם משפטים קצרים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לדוברי עברית כשפה נוספת מומלץ להשתמש בדוגמאות מהמסלול עם מילון רב-לשוני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כתיבה אישית: כל תלמיד/ה בוחר/ת מצב אחד מחייו ומתרגל/ת לכתוב עליו לפי העקרונות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מה זה סיפור חברתי ואיך בונים אותו. עוברים על הפרקים אחד אחד וכותבים 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שמסביר מצב ומרגיע, לא מלמד חוקים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בין תיאור ורגשות לבין הצעות לפעולה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מבט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הקורא/ת רואה ומרגיש את המצב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הגדרה מראש של ניקוד, אורך וגודל אות לפי גיל וצורך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משפט אחד בעמוד, תמונה גדולה והקראה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עם עברית פשוטה ומילון בלחיצה בכמה שפות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הפחתה הדרגתית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צמצום הדרגתי בתדירות הקריאה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ראשון/שלישי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לשון הכתיבה בהתאם לגיל ולהעדפת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בכינוי בלבד, בלי שם מלא או פרטים מזהים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הסיפור החברתי בא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חוקי התנהגות נוקשים שיש לציית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מצב מסוים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על התנהגות לא רצויה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אוצר המילים של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'מספר'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מנקודת המבט של הקורא/ת עצמו/ה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מנקודת המבט של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מנקודת המבט של דמות בדיונית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מנקודת המבט של הורה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שלושת החלקים של התוכן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משמעת, ציונים ולוח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כל הילדים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תקנון בית הספר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פרטים אסור לכתוב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או שם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מלא, בית ספר, כתובת או פרטים רפואיים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מצב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דמות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שומרים את הסיפור שבונים?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נשלח אוטומטית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נשמר רק בדפדפן ולא נשלח לשרת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נשמר אצל כל המשתמשים באתר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מתפרסם ברשת באופן גלוי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סיפור חברתי לא "מלמד __________" אלא מסביר ומרגיע.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לשמור על פרטיות, כותבים בסיפור רק כינוי או __________ (או "אני").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בכתיבת סיפור חברתי מומלץ לבחור __________ אחד בלבד לכל סיפור, ולא מצב כללי וגדול.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האיזון הרצוי בסיפור הוא הרבה תיאור, נקודת מבט וחיזוק – ומעט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הבנה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סיפור חברתי נועד "להרגיע" ולא רק "ללמד חוקים".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לפרט אישי שאסור לכלול בסיפור חברתי, ונמקו מדוע חשוב להשמיט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אחד שיכול להופיע בסיפור חברתי על מצב של המתנה בתור, מנקודת המבט של הקורא/ת.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חשוב לשמור על איזון בין תיאור הרגשות לבין עצות לפעולה, ולא להרבות בהנחיות.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איזון, נקודת מבט וגוף הדיבור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עיקר הסיפור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המצב ונקודת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חוקי התנהגות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 מפורשות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עונשים ותוצאות אפשריות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איזון, נקודת מבט וגוף הדיבור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רצוי שרוב המשפטים יהיו הנחיות מפורשות של מה לעשות.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חברתי בגוף ראשון או בגוף שלישי, בהתאם לקורא או לקוראת.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איזון, נקודת מבט וגוף הדיבור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שמתאר מה קורה במצב, מה רואים ושומעים,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איזון, נקודת מבט וגוף הדיבור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האזעקה היא צליל חזק וארוך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יכול לכסות את האוזניים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 רבים בכיתה מרגישים לחץ בבוקר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אפשר לנסות לנשום לאט שלוש 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התור למזנון יכול להיות ארוך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תיאור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מסלולים והתאמה אישית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קובע את המסלול?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שכבת גיל וצורך (רגיל / חנ״מ / עולים חדשים)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מגדר ואורך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הדמות וסוג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וגודל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שפות יש במילון?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מסלולים והתאמה אישית – בודקים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במסלולי חנ״מ הסיפור בנוי בדרך כלל ממשפט קצר אחד בכל עמוד, עם תמונה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אין מילון, אלא רק עברית פשוטה בלי שום עזר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מסלולים והתאמה אישית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__________ התמונה מופיעה מעל הטקסט, והאותיות גדולות במיוחד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במסלולי __________ רמת הניקוד נקבעת לפי בחירה, בניגוד למסלולי יסודי שבהם הניקוד תמיד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מסלולים והתאמה אישית – מתאימים מסלול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אחד, 5 עמודים, אותיות גדולות והקראה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פשוטה, שפה בוגרת והרבה מקום לכתיבה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שפה בוגרת, אין טיימרים, אפשר לערוך כמו תסריט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ניקוד מלא, 6–8 עמודים, עריכה ובדיקת איזון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תיכון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עברית פשוטה ומילון בלחיצה ב-6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בניית סיפור צעד אחר צעד – שלבי הבנייה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בונים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בשלב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צבע חולצה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מצב מתוך רשימה או כותבים במילים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גודל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שפת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נבחר כשבונים את הדמות?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עור ושיער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כיסא 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כיסוי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איזון בין תיאור לחיזוק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בניית סיפור צעד אחר צעד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"מתאימים לקורא/ת" בוחרים גם לשון פנייה – זכר, נקבה או ניטרלי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"שפה ואורך" אי אפשר לשנות את מספר העמודים, רק את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אפשר לשמוע הקראה בקול ולבדוק את האיזון בסיפור לפני ההדפסה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בניית סיפור צעד אחר צעד – התאמה בין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קובעים כינוי, גיל ולשון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קובעים ניקוד, אורך משפטים ומספר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מתוך רשימה או כותבים במילים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בודקים איזון ומדפיסים כחוברת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קוראים, עורכים, מדפיסים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בוחרים צבע עור, שיער ומשקפיים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בניית סיפור צעד אחר צעד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האחרון אפשר להדפיס את הסיפור כחוברת בגודל A4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בניית הדמות אפשר לבחור, בין השאר, צבע __________ וכיסוי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ההדפסה חשוב לבדוק __________ בין התיאור ברוב הסיפור לבין המשפטים של "מה אפשר לנסות"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נושאי הסיפורים בחיי היומיום – הכרת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אזעקה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צליל קצר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צליל חזק וארוך שאומר ללכת למרחב המוגן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שמושמע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לסיום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כדאי לקרוא על תורים?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קטגוריה שייך הסיפור על הפסד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 וויסות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נושאי הסיפורים בחיי היומיום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לקרוא את הסיפור 'כשיש אזעקה' דווקא ביום רגיל ושקט, לא דווקא בזמן אזעקה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נושא בספריית הסיפורים יש דף תרגול נפרד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נושאי הסיפורים בחיי היומיום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בטיחות ורגיעה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מצטרפים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רגשות וויסות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נושאי הסיפורים בחיי היומיום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טיול שנתי כדאי לקרוא את הסיפור כמה __________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'כשמפסידים במשחק' מומלץ לתרגל משפט קבוע ל__________ המשחק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קריאה משותפת והפחתה הדרגתית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לקרוא את הסיפור החברתי ברגע רגוע ולא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הכי טוב לקרוא את הסיפור הוא באמצע התפרצות רגשית, כדי להרגיע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הקריאה המשותפת כדאי לתת לקורא/ת להפוך את הדף בעצמו/ה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הסיפור החברתי היא שהקורא/ת ישנן אותו בעל פה כמו למבחן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הסיפור החברתי ובמה הוא שונה מרשימת חוקים?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שומרים על איזון נכון בין תיאור לבין הכוונה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רגיל, חנ״מ ועולים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